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-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סובלנות ולמה חוגגים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מהמשפחה: סבל, סובלנות, 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אנשים שונים שחיים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חדשות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כבוד לאנשים ששונים מאיתנו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שכנים ושיחה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על החיים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הטיפ הראשון הוא לומר שלום במדרגות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מבטא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הדמות למקום שממנו היא הגיעה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(אוקראינה)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(הודו)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(ארגנטינה)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סיפור אישי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כולם צחקו וזה עשה אותם חברים, כי בארגנטינה המחווה הזאת אומרת דבר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מה אני חושב/ת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חוויה אישית ויזכיר כבוד לשוני, ניתן לבדוק שימוש במילים סובלנות/סבלנות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סובלנות=כבוד לאחר, סבלנות=לחכות בשקט בלי לכעוס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16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המורה והתלמידים עושים 'רגע' ביחד, או חברים מקשיבים לשכן עם מבטא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קצרה: מי מכיר מישהו שמדבר עם מבטא או בא מארץ אחרת?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סובלנות לסבלנות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לקרוא את הקטעים בקול לפני המענה על השאלות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-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יום הסובלנות הבינלאומי, ונקרא סיפורים על שכנים ותלמידים מארצות שונות שחיים ולומדים ביחד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פסיפס  ·  סבלני  ·  מבטא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חדשות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סובלנות,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לגור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כבוד לאנשים ששונים מאיתנו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שכנים ושיחה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גרים שכנים מכל העולם.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הטיפ הראשון הוא להזמין שכן לקפה.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אדם __________ מחכה בתור בשקט.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ישראל היא כמו __________: הרבה חתיכות קטנות ויחד תמונה 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מרים מדברת עברית עם __________ צרפתי.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הדמות למקום שממנו היא הגיעה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הודו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ארגנטינה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דניאל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אוקראינה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סיפור אישי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קרה כשהמורה אמרה 'רגע!' ודניאל לא הבין?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מה אני חושב/ת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מצב שבו פגשתם מישהו שונה מכם (משפה, ארץ או מנהגים אחרים). איך הרגשתם ומה למדתם מזה?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סובלנות לסבלנות?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חוגגים את יום הסובלנות הבינלאומי?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הסובלנות - פסיפס של אנשים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